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215A7B" w14:textId="77777777" w:rsidR="00D94655" w:rsidRDefault="00506F08">
      <w:pPr>
        <w:jc w:val="center"/>
      </w:pPr>
      <w:r>
        <w:rPr>
          <w:b/>
          <w:sz w:val="30"/>
        </w:rPr>
        <w:t>DISHAROON RIDGE CONDOMINIUM ASSOCIATION</w:t>
      </w:r>
    </w:p>
    <w:p w14:paraId="7099072F" w14:textId="77777777" w:rsidR="00D94655" w:rsidRDefault="00506F08">
      <w:pPr>
        <w:jc w:val="center"/>
      </w:pPr>
      <w:r>
        <w:rPr>
          <w:b/>
          <w:sz w:val="26"/>
        </w:rPr>
        <w:t>Application for Architectural Modification</w:t>
      </w:r>
    </w:p>
    <w:p w14:paraId="39B58DF6" w14:textId="77777777" w:rsidR="00D94655" w:rsidRDefault="00506F08">
      <w:pPr>
        <w:spacing w:after="40"/>
      </w:pPr>
      <w:r>
        <w:rPr>
          <w:sz w:val="16"/>
        </w:rPr>
        <w:t>All alterations to the exterior of a unit must be submitted to the Architectural Advisory Committee (AAC) with a detailed drawing (8 1/2 x 11) including dimensions, and a full description of the materials and colors. Application will not be reviewed until all fields have been completed and support materials attached. AAC Guidelines are also located on the OBC1 website near this form. The upper part of this form may be used to request verification that a full Application is required prior to completion of th</w:t>
      </w:r>
      <w:r>
        <w:rPr>
          <w:sz w:val="16"/>
        </w:rPr>
        <w:t xml:space="preserve">e entire form. Please return completed form to: DRUOA, 10896 Big Canoe, Big Canoe, GA 30143 or email to </w:t>
      </w:r>
      <w:r>
        <w:rPr>
          <w:sz w:val="16"/>
          <w:u w:val="single"/>
        </w:rPr>
        <w:t>disharoonridgecondos@gmail.com</w:t>
      </w:r>
      <w:r>
        <w:rPr>
          <w:sz w:val="16"/>
        </w:rPr>
        <w:t xml:space="preserve"> Attention: AAC.</w:t>
      </w:r>
    </w:p>
    <w:p w14:paraId="0513E1D3" w14:textId="77777777" w:rsidR="00D94655" w:rsidRDefault="00506F08">
      <w:pPr>
        <w:jc w:val="center"/>
      </w:pPr>
      <w:r>
        <w:rPr>
          <w:b/>
          <w:sz w:val="18"/>
        </w:rPr>
        <w:t>No work may commence without the written approval from the AAC and the OBC1 Board of Directors.</w:t>
      </w:r>
    </w:p>
    <w:tbl>
      <w:tblPr>
        <w:tblStyle w:val="TableGrid"/>
        <w:tblW w:w="0" w:type="auto"/>
        <w:jc w:val="center"/>
        <w:tblLook w:val="04A0" w:firstRow="1" w:lastRow="0" w:firstColumn="1" w:lastColumn="0" w:noHBand="0" w:noVBand="1"/>
      </w:tblPr>
      <w:tblGrid>
        <w:gridCol w:w="11222"/>
      </w:tblGrid>
      <w:tr w:rsidR="00D94655" w14:paraId="168EDC7C" w14:textId="77777777">
        <w:trPr>
          <w:jc w:val="center"/>
        </w:trPr>
        <w:tc>
          <w:tcPr>
            <w:tcW w:w="11232" w:type="dxa"/>
            <w:vAlign w:val="center"/>
          </w:tcPr>
          <w:p w14:paraId="66CB0BC1" w14:textId="77777777" w:rsidR="00D94655" w:rsidRDefault="00506F08">
            <w:r>
              <w:rPr>
                <w:sz w:val="20"/>
              </w:rPr>
              <w:t>Name: ________________________________________________________________ Date: _________________</w:t>
            </w:r>
          </w:p>
        </w:tc>
      </w:tr>
      <w:tr w:rsidR="00D94655" w14:paraId="6BBF361E" w14:textId="77777777">
        <w:trPr>
          <w:jc w:val="center"/>
        </w:trPr>
        <w:tc>
          <w:tcPr>
            <w:tcW w:w="11232" w:type="dxa"/>
            <w:vAlign w:val="center"/>
          </w:tcPr>
          <w:p w14:paraId="01AD2DB5" w14:textId="77777777" w:rsidR="00D94655" w:rsidRDefault="00506F08">
            <w:r>
              <w:rPr>
                <w:sz w:val="20"/>
              </w:rPr>
              <w:t>Address: __________________________________________________ Phone Contact: __________________</w:t>
            </w:r>
          </w:p>
        </w:tc>
      </w:tr>
      <w:tr w:rsidR="00D94655" w14:paraId="15E986D9" w14:textId="77777777">
        <w:trPr>
          <w:jc w:val="center"/>
        </w:trPr>
        <w:tc>
          <w:tcPr>
            <w:tcW w:w="11232" w:type="dxa"/>
            <w:vAlign w:val="center"/>
          </w:tcPr>
          <w:p w14:paraId="218C140A" w14:textId="77777777" w:rsidR="00D94655" w:rsidRDefault="00506F08">
            <w:r>
              <w:rPr>
                <w:sz w:val="20"/>
              </w:rPr>
              <w:t>Type of Improvement:</w:t>
            </w:r>
          </w:p>
        </w:tc>
      </w:tr>
      <w:tr w:rsidR="00D94655" w14:paraId="46B99AE6" w14:textId="77777777">
        <w:trPr>
          <w:jc w:val="center"/>
        </w:trPr>
        <w:tc>
          <w:tcPr>
            <w:tcW w:w="11232" w:type="dxa"/>
            <w:vAlign w:val="center"/>
          </w:tcPr>
          <w:p w14:paraId="3AE6E3B0" w14:textId="77777777" w:rsidR="00D94655" w:rsidRDefault="00506F08">
            <w:r>
              <w:rPr>
                <w:sz w:val="20"/>
              </w:rPr>
              <w:t>____________________________________________________________________________________________</w:t>
            </w:r>
            <w:r>
              <w:br/>
            </w:r>
          </w:p>
        </w:tc>
      </w:tr>
      <w:tr w:rsidR="00D94655" w14:paraId="744B7C0B" w14:textId="77777777">
        <w:trPr>
          <w:jc w:val="center"/>
        </w:trPr>
        <w:tc>
          <w:tcPr>
            <w:tcW w:w="11232" w:type="dxa"/>
            <w:vAlign w:val="center"/>
          </w:tcPr>
          <w:p w14:paraId="597839BA" w14:textId="77777777" w:rsidR="00D94655" w:rsidRDefault="00506F08">
            <w:r>
              <w:rPr>
                <w:sz w:val="20"/>
              </w:rPr>
              <w:t>____________________________________________________________________________________________</w:t>
            </w:r>
            <w:r>
              <w:br/>
            </w:r>
          </w:p>
        </w:tc>
      </w:tr>
      <w:tr w:rsidR="00D94655" w14:paraId="28F80A6B" w14:textId="77777777">
        <w:trPr>
          <w:jc w:val="center"/>
        </w:trPr>
        <w:tc>
          <w:tcPr>
            <w:tcW w:w="11232" w:type="dxa"/>
            <w:vAlign w:val="center"/>
          </w:tcPr>
          <w:p w14:paraId="0EE2AC48" w14:textId="77777777" w:rsidR="00D94655" w:rsidRDefault="00506F08">
            <w:r>
              <w:rPr>
                <w:sz w:val="20"/>
              </w:rPr>
              <w:t>Material(s) to be used: _________________________________________________________________</w:t>
            </w:r>
          </w:p>
        </w:tc>
      </w:tr>
      <w:tr w:rsidR="00D94655" w14:paraId="7B4ECE93" w14:textId="77777777">
        <w:trPr>
          <w:jc w:val="center"/>
        </w:trPr>
        <w:tc>
          <w:tcPr>
            <w:tcW w:w="11232" w:type="dxa"/>
            <w:vAlign w:val="center"/>
          </w:tcPr>
          <w:p w14:paraId="4EB4708E" w14:textId="77777777" w:rsidR="00D94655" w:rsidRDefault="00506F08">
            <w:r>
              <w:rPr>
                <w:sz w:val="20"/>
              </w:rPr>
              <w:t>Name of Contractor/Supplier: ____________________________________ Phone: _________________</w:t>
            </w:r>
          </w:p>
        </w:tc>
      </w:tr>
      <w:tr w:rsidR="00D94655" w14:paraId="5A33BC9C" w14:textId="77777777">
        <w:trPr>
          <w:jc w:val="center"/>
        </w:trPr>
        <w:tc>
          <w:tcPr>
            <w:tcW w:w="11232" w:type="dxa"/>
            <w:vAlign w:val="center"/>
          </w:tcPr>
          <w:p w14:paraId="1957D930" w14:textId="77777777" w:rsidR="00D94655" w:rsidRDefault="00506F08">
            <w:r>
              <w:rPr>
                <w:sz w:val="20"/>
              </w:rPr>
              <w:t>Unit No.: __________________</w:t>
            </w:r>
          </w:p>
        </w:tc>
      </w:tr>
      <w:tr w:rsidR="00D94655" w14:paraId="22302BAB" w14:textId="77777777">
        <w:trPr>
          <w:jc w:val="center"/>
        </w:trPr>
        <w:tc>
          <w:tcPr>
            <w:tcW w:w="11232" w:type="dxa"/>
            <w:vAlign w:val="center"/>
          </w:tcPr>
          <w:p w14:paraId="0DD79307" w14:textId="77777777" w:rsidR="00D94655" w:rsidRDefault="00506F08">
            <w:r>
              <w:rPr>
                <w:sz w:val="20"/>
              </w:rPr>
              <w:t>Certificate of Insurance:    Yes ☐      No ☐                    Licensed:    Yes ☐      No ☐</w:t>
            </w:r>
          </w:p>
        </w:tc>
      </w:tr>
      <w:tr w:rsidR="00D94655" w14:paraId="253A8606" w14:textId="77777777">
        <w:trPr>
          <w:jc w:val="center"/>
        </w:trPr>
        <w:tc>
          <w:tcPr>
            <w:tcW w:w="11232" w:type="dxa"/>
            <w:vAlign w:val="center"/>
          </w:tcPr>
          <w:p w14:paraId="2D07F479" w14:textId="77777777" w:rsidR="00D94655" w:rsidRDefault="00506F08">
            <w:r>
              <w:rPr>
                <w:sz w:val="20"/>
              </w:rPr>
              <w:t>Is a Building Permit Required for this improvement?     Yes ☐      No ☐     Permit #: __________</w:t>
            </w:r>
          </w:p>
        </w:tc>
      </w:tr>
      <w:tr w:rsidR="00D94655" w14:paraId="5F6B55A8" w14:textId="77777777">
        <w:trPr>
          <w:jc w:val="center"/>
        </w:trPr>
        <w:tc>
          <w:tcPr>
            <w:tcW w:w="11232" w:type="dxa"/>
            <w:vAlign w:val="center"/>
          </w:tcPr>
          <w:p w14:paraId="51345345" w14:textId="77777777" w:rsidR="00D94655" w:rsidRDefault="00506F08">
            <w:r>
              <w:rPr>
                <w:sz w:val="20"/>
              </w:rPr>
              <w:t>Are drawings attached?     Yes ☐      No ☐        Website Link? _____________________________</w:t>
            </w:r>
          </w:p>
        </w:tc>
      </w:tr>
      <w:tr w:rsidR="00D94655" w14:paraId="32DA7150" w14:textId="77777777">
        <w:trPr>
          <w:jc w:val="center"/>
        </w:trPr>
        <w:tc>
          <w:tcPr>
            <w:tcW w:w="11232" w:type="dxa"/>
            <w:vAlign w:val="center"/>
          </w:tcPr>
          <w:p w14:paraId="33C1F4D5" w14:textId="77777777" w:rsidR="00D94655" w:rsidRDefault="00D94655"/>
        </w:tc>
      </w:tr>
      <w:tr w:rsidR="00D94655" w14:paraId="217C2E09" w14:textId="77777777">
        <w:trPr>
          <w:jc w:val="center"/>
        </w:trPr>
        <w:tc>
          <w:tcPr>
            <w:tcW w:w="11232" w:type="dxa"/>
            <w:vAlign w:val="center"/>
          </w:tcPr>
          <w:p w14:paraId="0139CD0D" w14:textId="77777777" w:rsidR="00D94655" w:rsidRDefault="00D94655"/>
        </w:tc>
      </w:tr>
    </w:tbl>
    <w:p w14:paraId="33FEDF98" w14:textId="77777777" w:rsidR="00D94655" w:rsidRDefault="00506F08">
      <w:r>
        <w:rPr>
          <w:sz w:val="16"/>
        </w:rPr>
        <w:t>This application is valid for a period not to exceed (3) months from the date of Board approval. If a Pickens County Georgia Building Permit is required for the improvement, the DRUOA Board approval is contingent upon obtaining such documents without zoning variance.</w:t>
      </w:r>
    </w:p>
    <w:p w14:paraId="53D4A4C5" w14:textId="77777777" w:rsidR="00D94655" w:rsidRDefault="00506F08">
      <w:r>
        <w:rPr>
          <w:sz w:val="16"/>
        </w:rPr>
        <w:t>I understand the proposed modification must be in compliance with the Declaration of Condominium documents and Georgia condominium law as well as all local and state building codes, Restrictions and Covenants and By-Laws for the DRUOA Association. I/we agree to abide by the rules set forth by the Association and to be solely responsible for the upkeep, repair, maintenance and damages incurred as a result of this improvement. I am aware that failure to comply may result in charges in order to restore the mod</w:t>
      </w:r>
      <w:r>
        <w:rPr>
          <w:sz w:val="16"/>
        </w:rPr>
        <w:t>ification to its original condition.</w:t>
      </w:r>
    </w:p>
    <w:p w14:paraId="1FC1F3E5" w14:textId="77777777" w:rsidR="00D94655" w:rsidRDefault="00506F08">
      <w:r>
        <w:rPr>
          <w:sz w:val="20"/>
        </w:rPr>
        <w:t>Signature of Owner(s):   X _______________________________________________ Date: __________</w:t>
      </w:r>
    </w:p>
    <w:p w14:paraId="6EB65D93" w14:textId="77777777" w:rsidR="00D94655" w:rsidRDefault="00506F08">
      <w:r>
        <w:rPr>
          <w:sz w:val="20"/>
        </w:rPr>
        <w:t xml:space="preserve">                              X _______________________________________________ Date: __________</w:t>
      </w:r>
    </w:p>
    <w:p w14:paraId="6530B1E2" w14:textId="77777777" w:rsidR="00D94655" w:rsidRDefault="00506F08">
      <w:pPr>
        <w:jc w:val="center"/>
      </w:pPr>
      <w:r>
        <w:rPr>
          <w:b/>
        </w:rPr>
        <w:t>DRUOA Board of Directors Use Only</w:t>
      </w:r>
    </w:p>
    <w:tbl>
      <w:tblPr>
        <w:tblStyle w:val="TableGrid"/>
        <w:tblW w:w="0" w:type="auto"/>
        <w:jc w:val="center"/>
        <w:tblLook w:val="04A0" w:firstRow="1" w:lastRow="0" w:firstColumn="1" w:lastColumn="0" w:noHBand="0" w:noVBand="1"/>
      </w:tblPr>
      <w:tblGrid>
        <w:gridCol w:w="5611"/>
        <w:gridCol w:w="5611"/>
      </w:tblGrid>
      <w:tr w:rsidR="00D94655" w14:paraId="4CE95D62" w14:textId="77777777">
        <w:trPr>
          <w:jc w:val="center"/>
        </w:trPr>
        <w:tc>
          <w:tcPr>
            <w:tcW w:w="5616" w:type="dxa"/>
          </w:tcPr>
          <w:p w14:paraId="18251115" w14:textId="77777777" w:rsidR="00D94655" w:rsidRDefault="00506F08">
            <w:pPr>
              <w:jc w:val="center"/>
            </w:pPr>
            <w:r>
              <w:rPr>
                <w:b/>
                <w:sz w:val="17"/>
              </w:rPr>
              <w:t>Review</w:t>
            </w:r>
          </w:p>
        </w:tc>
        <w:tc>
          <w:tcPr>
            <w:tcW w:w="5616" w:type="dxa"/>
          </w:tcPr>
          <w:p w14:paraId="610D0E45" w14:textId="77777777" w:rsidR="00D94655" w:rsidRDefault="00506F08">
            <w:pPr>
              <w:jc w:val="center"/>
            </w:pPr>
            <w:r>
              <w:rPr>
                <w:b/>
                <w:sz w:val="17"/>
              </w:rPr>
              <w:t>Inspection</w:t>
            </w:r>
          </w:p>
        </w:tc>
      </w:tr>
      <w:tr w:rsidR="00D94655" w14:paraId="44C6DAF6" w14:textId="77777777">
        <w:trPr>
          <w:jc w:val="center"/>
        </w:trPr>
        <w:tc>
          <w:tcPr>
            <w:tcW w:w="5616" w:type="dxa"/>
          </w:tcPr>
          <w:p w14:paraId="2FB05D28" w14:textId="77777777" w:rsidR="00D94655" w:rsidRDefault="00506F08">
            <w:r>
              <w:rPr>
                <w:sz w:val="17"/>
              </w:rPr>
              <w:t>Date: __________________</w:t>
            </w:r>
            <w:r>
              <w:rPr>
                <w:sz w:val="17"/>
              </w:rPr>
              <w:br/>
              <w:t>Approved ☐        Not Approved ☐</w:t>
            </w:r>
            <w:r>
              <w:rPr>
                <w:sz w:val="17"/>
              </w:rPr>
              <w:br/>
              <w:t>Comments:</w:t>
            </w:r>
            <w:r>
              <w:rPr>
                <w:sz w:val="17"/>
              </w:rPr>
              <w:br/>
              <w:t>__________________________________________</w:t>
            </w:r>
            <w:r>
              <w:rPr>
                <w:sz w:val="17"/>
              </w:rPr>
              <w:br/>
              <w:t>__________________________________________</w:t>
            </w:r>
            <w:r>
              <w:rPr>
                <w:sz w:val="17"/>
              </w:rPr>
              <w:br/>
              <w:t>__________________________________________</w:t>
            </w:r>
            <w:r>
              <w:rPr>
                <w:sz w:val="17"/>
              </w:rPr>
              <w:br/>
            </w:r>
            <w:r>
              <w:rPr>
                <w:sz w:val="17"/>
              </w:rPr>
              <w:br/>
              <w:t>Committee Signature:</w:t>
            </w:r>
            <w:r>
              <w:rPr>
                <w:sz w:val="17"/>
              </w:rPr>
              <w:br/>
              <w:t>__________________________________________</w:t>
            </w:r>
            <w:r>
              <w:rPr>
                <w:sz w:val="17"/>
              </w:rPr>
              <w:br/>
              <w:t>Board Signature:</w:t>
            </w:r>
            <w:r>
              <w:rPr>
                <w:sz w:val="17"/>
              </w:rPr>
              <w:br/>
              <w:t>__________________________________________</w:t>
            </w:r>
          </w:p>
        </w:tc>
        <w:tc>
          <w:tcPr>
            <w:tcW w:w="5616" w:type="dxa"/>
          </w:tcPr>
          <w:p w14:paraId="1BF2983B" w14:textId="77777777" w:rsidR="00D94655" w:rsidRDefault="00506F08">
            <w:r>
              <w:rPr>
                <w:sz w:val="17"/>
              </w:rPr>
              <w:t>Date: __________________</w:t>
            </w:r>
            <w:r>
              <w:rPr>
                <w:sz w:val="17"/>
              </w:rPr>
              <w:br/>
              <w:t>Inspected By: ____________________________</w:t>
            </w:r>
            <w:r>
              <w:rPr>
                <w:sz w:val="17"/>
              </w:rPr>
              <w:br/>
              <w:t>Completed as Planned ☐     Completed, Not as Planned ☐</w:t>
            </w:r>
            <w:r>
              <w:rPr>
                <w:sz w:val="17"/>
              </w:rPr>
              <w:br/>
              <w:t>Incomplete ☐      Not Begun ☐      Cancelled ☐</w:t>
            </w:r>
            <w:r>
              <w:rPr>
                <w:sz w:val="17"/>
              </w:rPr>
              <w:br/>
            </w:r>
            <w:r>
              <w:rPr>
                <w:sz w:val="17"/>
              </w:rPr>
              <w:br/>
              <w:t>Comments:</w:t>
            </w:r>
            <w:r>
              <w:rPr>
                <w:sz w:val="17"/>
              </w:rPr>
              <w:br/>
              <w:t>__________________________________________</w:t>
            </w:r>
            <w:r>
              <w:rPr>
                <w:sz w:val="17"/>
              </w:rPr>
              <w:br/>
              <w:t>__________________________________________</w:t>
            </w:r>
            <w:r>
              <w:rPr>
                <w:sz w:val="17"/>
              </w:rPr>
              <w:br/>
              <w:t>__________________________________________</w:t>
            </w:r>
            <w:r>
              <w:rPr>
                <w:sz w:val="17"/>
              </w:rPr>
              <w:br/>
            </w:r>
            <w:r>
              <w:rPr>
                <w:sz w:val="17"/>
              </w:rPr>
              <w:br/>
              <w:t>Signature:</w:t>
            </w:r>
            <w:r>
              <w:rPr>
                <w:sz w:val="17"/>
              </w:rPr>
              <w:br/>
              <w:t>__________________________________________</w:t>
            </w:r>
          </w:p>
        </w:tc>
      </w:tr>
    </w:tbl>
    <w:p w14:paraId="1BCAECCE" w14:textId="77777777" w:rsidR="00506F08" w:rsidRDefault="00506F08"/>
    <w:sectPr w:rsidR="00506F08" w:rsidSect="00034616">
      <w:pgSz w:w="12240" w:h="15840"/>
      <w:pgMar w:top="432" w:right="504" w:bottom="432" w:left="50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70108562">
    <w:abstractNumId w:val="8"/>
  </w:num>
  <w:num w:numId="2" w16cid:durableId="768961908">
    <w:abstractNumId w:val="6"/>
  </w:num>
  <w:num w:numId="3" w16cid:durableId="1987541267">
    <w:abstractNumId w:val="5"/>
  </w:num>
  <w:num w:numId="4" w16cid:durableId="503320527">
    <w:abstractNumId w:val="4"/>
  </w:num>
  <w:num w:numId="5" w16cid:durableId="1334721952">
    <w:abstractNumId w:val="7"/>
  </w:num>
  <w:num w:numId="6" w16cid:durableId="851337270">
    <w:abstractNumId w:val="3"/>
  </w:num>
  <w:num w:numId="7" w16cid:durableId="945190057">
    <w:abstractNumId w:val="2"/>
  </w:num>
  <w:num w:numId="8" w16cid:durableId="2030176742">
    <w:abstractNumId w:val="1"/>
  </w:num>
  <w:num w:numId="9" w16cid:durableId="1860183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3460D"/>
    <w:rsid w:val="00506F08"/>
    <w:rsid w:val="0094015C"/>
    <w:rsid w:val="00AA1D8D"/>
    <w:rsid w:val="00AB388B"/>
    <w:rsid w:val="00B47730"/>
    <w:rsid w:val="00CB0664"/>
    <w:rsid w:val="00D9465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C1967AD"/>
  <w14:defaultImageDpi w14:val="300"/>
  <w15:docId w15:val="{D7251CDF-753C-4698-90EA-B35BCCB7A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521</Words>
  <Characters>2976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Joe Remo</cp:lastModifiedBy>
  <cp:revision>2</cp:revision>
  <dcterms:created xsi:type="dcterms:W3CDTF">2026-05-14T00:05:00Z</dcterms:created>
  <dcterms:modified xsi:type="dcterms:W3CDTF">2026-05-14T00:05:00Z</dcterms:modified>
  <cp:category/>
</cp:coreProperties>
</file>